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- קוראים חדשות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העבודה עם כתבת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מי ואיפה ולסדר אירועים לפי סדר קרות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אחד שמסכם 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- מבינים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חלק א׳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בטיפ להאזנה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בחלק א׳ רק מסתכלים על התמונה ומנחשים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-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-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(חלק א׳)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(חלק ב׳)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(חלק ג׳)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(חלק ד׳)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- מסדרים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על התמונה והכותרת ומנחשים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מקשיבים לכתבה וקוראים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מוצאים שלוש מילים וכותבים אותן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- כותבים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כתבה אמיתי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רלוונטית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כנה - אין תשובה נכונה או לא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הכתבה בקול לפני שהתלמידים עובדים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בציורים לצד מילים לתלמידים שמתקשים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החינוך המיוחד מומלץ לדלג על הפריטים המסומנים ולהתמקד בחלקים א׳-ב׳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- קוראים חדשות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כל שבוע קוראים כתבה אחת בעברית קלה: מסתכלים בתמונה, מקשיבים, מוצאים מילים ומספרים מה קרה - שלב אחר שלב.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בסוף  ·  חבר/ה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א׳ - מבינים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חלק מסתכלים על התמונה והכותרת ומנחשים על מה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חלק א׳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חלק ב׳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חלק ג׳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מילים צריך למצוא מהכתבה ולצייר?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ב׳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להקשיב לכתבה פעם אחת או פעמיים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בחלק א׳ כותבים משפט שמסכם את כל הכתבה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ג׳ -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אפשר לקרוא את הכתבה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בחלק ג׳ מסדרים: קודם, אחר כך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ד׳ -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👀 מסתכלים ומנחשים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חלק ד׳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🔊 מקשיבים וקוראים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חלק ג׳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🔢 מסדרים ומספרים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חלק א׳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⭐ מעריכים איך הלך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חלק ב׳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ה׳ - מסדרים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מקשיבים לכתבה וקוראים אותה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מוצאים שלוש מילים וכותבים אותן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מסתכלים על התמונה והכותרת ומנחשים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ו׳ -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הכתבה שקראתם השבוע?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שלמדתם מהכתבה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בשבוע - קוראים חדשות בעברית קלה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