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- קוראים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העבודה עם כתבת חדשות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שאלות מי ואיפה ולסדר אירועים לפי סדר קרות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לכתוב משפט אחד שמסכם 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 א׳ - מבינים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חלק א׳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איפה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חלק ג׳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מילה שלמדו וציור קטן מהכתבה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חלק ב׳ -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בטיפ להאזנה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בחלק א׳ רק מסתכלים על התמונה ומנחשים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הן עוזרות למצוא פרטים חשובים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בפעילות כתוב גם לצייר ליד כל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חלק ג׳ - השלימו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חבר/ה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למדתי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 ד׳ - התאימו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(חלק א׳)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(חלק ב׳)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(חלק ג׳)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(חלק ד׳)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(השאלה על המקום בסיפור)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חלק ה׳ - מסדרים את השלבים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מסתכלים על התמונה והכותרת ומנחשים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מקשיבים לכתבה וקוראים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מוצאים שלוש מילים וכותבים אותן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מסדרים מה קרה: קודם, אחר כך, בסוף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כותבים משפט אחד שמספר על מה הכתבה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חלק ו׳ - 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הכתבה מספרת על ילד שמצא כלב ברחוב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כתבה אמיתי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מילה רלוונטית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כנה - אין תשובה נכונה או לא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את הכתבה בקול לפני שהתלמידים עובדים לבד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בציורים לצד מילים לתלמידים שמתקשים בכתיבה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בגרסת החינוך המיוחד מומלץ לדלג על הפריטים המסומנים ולהתמקד בחלקים א׳-ב׳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כתבה בשבוע - קוראים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כל שבוע יש כתבה קטנה. מסתכלים, מקשיבים, מוצאים מילים ומספרים מה קרה בה.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כַּתָּבָה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קצר על משהו שקרה, באתר חדשות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כּוֹתֶרֶת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הגדול למעלה בכתבה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לְהַקִּיף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לצייר עיגול מסביב לתשובה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לְהַקְשִׁיב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לשים לב בעזרת האוזניים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מִי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על האדם או החיה בסיפור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אֵיפֹה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השאלה על המקום שבו קרה הדבר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קֹדֶם, אַחַר כָּךְ, בַּסּוֹף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הזמן של מה שקרה בכתבה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חלק א׳ - מבינים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חלק רק מסתכלים ומנחשים?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חלק א׳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 ב׳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 ג׳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חלק ד׳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מילים כותבים ומציירים?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שאלה שואלת על המקום?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חלק מסדרים את הסיפור?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חלק א׳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חלק ב׳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חלק ג׳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חלק ד׳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כותבים בסוף הדף?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מילה שלמדו וציור קטן מהכתבה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חיבור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 במתמטיקה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חדש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חלק ב׳ -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להקשיב לכתבה פעם אחת או פעמיים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בחלק א׳ כותבים משפט שמסכם את כל הכתבה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השאלות מי ואיפה עוזרות להבין את הכתבה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לצייר את המילים שמוצאים בכתבה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חלק ג׳ - השלימו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אפשר לקרוא את הכתבה עם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בחלק ג׳ מסדרים: קודם, אחר כך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השאלה __________ עוזרת לדעת מי מככב בכתבה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הדף כותבים מילה אחת ש__________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כשקוראים, מצביעים על כל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 ד׳ - התאימו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👀 מסתכלים ומנחשים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חלק ד׳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🔊 מקשיבים וקוראים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השאלה על המקום בסיפור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🔢 מסדרים ומספרים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חלק ב׳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⭐ מעריכים איך הלך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חלק א׳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📍 איפה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חלק ג׳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חלק ה׳ - מסדרים את השלבים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מקשיבים לכתבה וקוראים אותה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מסדרים מה קרה: קודם, אחר כך, בסוף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כותבים משפט אחד שמספר על מה הכתבה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מוצאים שלוש מילים וכותבים אותן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מסתכלים על התמונה והכותרת ומנחשים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חלק ו׳ - 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שמתחיל ב׳הכתבה מספרת על...׳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שם הכתבה שקראתם השבוע?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שלמדתם מהכתבה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איך הרגשתם כשקראתם את הכתבה - 😀 😐 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כתבה בשבוע - קוראים חדשות בעברית קלה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