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קוראים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עם כתבת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מי ואיפה ולסדר אירועים לפי סדר קרות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אחד שמסכם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מבינים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חלק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חלק 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מילה שלמדו וציור קטן מהכתבה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בטיפ להאזנה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בחלק א׳ רק מסתכלים על התמונה ומנחשים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למצוא פרטים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בפעילות כתוב גם לצייר ליד כל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(חלק א׳)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ב׳)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(חלק 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(חלק ד׳)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(השאלה על המקום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מסדרים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התמונה והכותרת ומנחשים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לכתבה וקוראים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מוצאים שלוש מילים וכותבים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מה קרה: קודם, אחר כך,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משפט אחד שמספר על מה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ילד שמצא כלב ברחוב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כתבה אמיתי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- אין תשובה נכונה או לא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שהתלמידים עובדים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בציורים לצד מילים לתלמידים שמתקשים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מומלץ לדלג על הפריטים המסומנים ולהתמקד בחלקים א׳-ב׳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קוראים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שבוע קוראים כתבה אחת בעברית קלה: מסתכלים בתמונה, מקשיבים, מוצאים מילים ומספרים מה קרה - שלב אחר שלב.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מבינים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חלק מסתכלים על התמונה והכותרת ומנחשים על מה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חלק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צריך למצוא מהכתבה ולצייר?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עוזרת לדעת את המקום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חלק מספרים מה קרה קודם, אחר כך ובסוף?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חלק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בכרטיס היציאה בסוף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שלמדו וציור קטן מהכתבה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במתמטיקה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לכתבה פעם אחת או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א׳ כותבים משפט שמסכם את כל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מי ואיפה עוזרות להבין את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המילים שמוצאים בכתבה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אפשר לקרוא את הכתבה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ג׳ מסדרים: קודם, אחר כך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השאלה __________ עוזרת לדעת מי מככב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הדף כותבים מילה אחת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כשקוראים, מצביעים על כל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👀 מסתכלים ומנחשים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🔊 מקשיבים וקוראים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א׳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🔢 מסדרים ומספרים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השאלה על המקום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מעריכים איך 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ב׳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📍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ד׳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מסדרים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מה קרה: קודם, אחר כך,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שלוש מילים וכותבים אותן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אחד שמספר על מה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לכתבה וקוראים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התמונה והכותרת ומנחשים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שמתחיל ב׳הכתבה מספרת על...׳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הכתבה שקראתם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שלמדתם מהכתבה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הרגשתם כשקראתם את הכתבה - 😀 😐 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- קוראים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